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8"/>
        </w:rPr>
        <w:t>[Your Name]</w:t>
      </w:r>
    </w:p>
    <w:p>
      <w:pPr>
        <w:spacing w:after="160"/>
      </w:pPr>
      <w:r>
        <w:rPr>
          <w:b w:val="0"/>
          <w:i w:val="0"/>
          <w:color w:val="666666"/>
        </w:rPr>
        <w:t>[City, State]  ·  [Phone]  ·  [Email]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SUMMARY</w:t>
      </w:r>
    </w:p>
    <w:p>
      <w:pPr>
        <w:spacing w:after="120"/>
      </w:pPr>
      <w:r>
        <w:rPr>
          <w:b w:val="0"/>
          <w:i w:val="0"/>
        </w:rPr>
        <w:t>Two or three sentences about who you are, what you do well, and what you are looking for.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EXPERIENCE</w:t>
      </w:r>
    </w:p>
    <w:p>
      <w:pPr>
        <w:spacing w:after="0"/>
      </w:pPr>
      <w:r>
        <w:rPr>
          <w:b/>
          <w:i w:val="0"/>
        </w:rPr>
        <w:t>[Job title], [Employer]</w:t>
      </w:r>
    </w:p>
    <w:p>
      <w:pPr>
        <w:spacing w:after="60"/>
      </w:pPr>
      <w:r>
        <w:rPr>
          <w:b w:val="0"/>
          <w:i/>
          <w:color w:val="666666"/>
        </w:rPr>
        <w:t>[Month Year] – [Month Year]</w:t>
      </w:r>
    </w:p>
    <w:p>
      <w:pPr>
        <w:pStyle w:val="ListBullet"/>
        <w:spacing w:after="20"/>
      </w:pPr>
      <w:r>
        <w:t>What you did and the result it had (use numbers when you can)</w:t>
      </w:r>
    </w:p>
    <w:p>
      <w:pPr>
        <w:pStyle w:val="ListBullet"/>
        <w:spacing w:after="20"/>
      </w:pPr>
      <w:r>
        <w:t>Something you improved, built or led</w:t>
      </w:r>
    </w:p>
    <w:p>
      <w:pPr>
        <w:pStyle w:val="ListBullet"/>
        <w:spacing w:after="20"/>
      </w:pPr>
      <w:r>
        <w:t>A skill you used every day</w:t>
      </w:r>
    </w:p>
    <w:p>
      <w:pPr>
        <w:spacing w:after="80"/>
      </w:pPr>
      <w:r>
        <w:rPr>
          <w:b w:val="0"/>
          <w:i w:val="0"/>
        </w:rPr>
      </w:r>
    </w:p>
    <w:p>
      <w:pPr>
        <w:spacing w:after="0"/>
      </w:pPr>
      <w:r>
        <w:rPr>
          <w:b/>
          <w:i w:val="0"/>
        </w:rPr>
        <w:t>[Job title], [Employer]</w:t>
      </w:r>
    </w:p>
    <w:p>
      <w:pPr>
        <w:spacing w:after="60"/>
      </w:pPr>
      <w:r>
        <w:rPr>
          <w:b w:val="0"/>
          <w:i/>
          <w:color w:val="666666"/>
        </w:rPr>
        <w:t>[Month Year] – [Month Year]</w:t>
      </w:r>
    </w:p>
    <w:p>
      <w:pPr>
        <w:pStyle w:val="ListBullet"/>
        <w:spacing w:after="20"/>
      </w:pPr>
      <w:r>
        <w:t>What you did and the result it had (use numbers when you can)</w:t>
      </w:r>
    </w:p>
    <w:p>
      <w:pPr>
        <w:pStyle w:val="ListBullet"/>
        <w:spacing w:after="20"/>
      </w:pPr>
      <w:r>
        <w:t>Something you improved, built or led</w:t>
      </w:r>
    </w:p>
    <w:p>
      <w:pPr>
        <w:pStyle w:val="ListBullet"/>
        <w:spacing w:after="20"/>
      </w:pPr>
      <w:r>
        <w:t>A skill you used every day</w:t>
      </w:r>
    </w:p>
    <w:p>
      <w:pPr>
        <w:spacing w:after="80"/>
      </w:pPr>
      <w:r>
        <w:rPr>
          <w:b w:val="0"/>
          <w:i w:val="0"/>
        </w:rPr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EDUCATION</w:t>
      </w:r>
    </w:p>
    <w:p>
      <w:pPr>
        <w:spacing w:after="0"/>
      </w:pPr>
      <w:r>
        <w:rPr>
          <w:b/>
          <w:i w:val="0"/>
        </w:rPr>
        <w:t>[School], [Degree or program]</w:t>
      </w:r>
    </w:p>
    <w:p>
      <w:pPr>
        <w:spacing w:after="120"/>
      </w:pPr>
      <w:r>
        <w:rPr>
          <w:b w:val="0"/>
          <w:i/>
          <w:color w:val="666666"/>
        </w:rPr>
        <w:t>[Year]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SKILLS</w:t>
      </w:r>
    </w:p>
    <w:p>
      <w:pPr>
        <w:spacing w:after="120"/>
      </w:pPr>
      <w:r>
        <w:rPr>
          <w:b w:val="0"/>
          <w:i w:val="0"/>
        </w:rPr>
        <w:t>[Skill]  ·  [Skill]  ·  [Skill]  ·  [Skill]  ·  [Skill]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