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3D6BF0"/>
          <w:sz w:val="44"/>
        </w:rPr>
        <w:t>Meeting notes</w:t>
      </w:r>
    </w:p>
    <w:p>
      <w:pPr>
        <w:spacing w:after="200"/>
      </w:pPr>
      <w:r>
        <w:rPr>
          <w:b w:val="0"/>
          <w:i w:val="0"/>
          <w:sz w:val="26"/>
        </w:rPr>
        <w:t>[Meeting name]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680"/>
        <w:gridCol w:w="4680"/>
      </w:tblGrid>
      <w:tr>
        <w:tc>
          <w:tcPr>
            <w:tcW w:type="dxa" w:w="4680"/>
          </w:tcPr>
          <w:p>
            <w:r>
              <w:t>Date</w:t>
            </w:r>
          </w:p>
        </w:tc>
        <w:tc>
          <w:tcPr>
            <w:tcW w:type="dxa" w:w="4680"/>
          </w:tcPr>
          <w:p>
            <w:r>
              <w:t>[Date and time]</w:t>
            </w:r>
          </w:p>
        </w:tc>
      </w:tr>
      <w:tr>
        <w:tc>
          <w:tcPr>
            <w:tcW w:type="dxa" w:w="4680"/>
          </w:tcPr>
          <w:p>
            <w:r>
              <w:t>Where</w:t>
            </w:r>
          </w:p>
        </w:tc>
        <w:tc>
          <w:tcPr>
            <w:tcW w:type="dxa" w:w="4680"/>
          </w:tcPr>
          <w:p>
            <w:r>
              <w:t>[Place or link]</w:t>
            </w:r>
          </w:p>
        </w:tc>
      </w:tr>
      <w:tr>
        <w:tc>
          <w:tcPr>
            <w:tcW w:type="dxa" w:w="4680"/>
          </w:tcPr>
          <w:p>
            <w:r>
              <w:t>Who was there</w:t>
            </w:r>
          </w:p>
        </w:tc>
        <w:tc>
          <w:tcPr>
            <w:tcW w:type="dxa" w:w="4680"/>
          </w:tcPr>
          <w:p>
            <w:r>
              <w:t>[Names]</w:t>
            </w:r>
          </w:p>
        </w:tc>
      </w:tr>
      <w:tr>
        <w:tc>
          <w:tcPr>
            <w:tcW w:type="dxa" w:w="4680"/>
          </w:tcPr>
          <w:p>
            <w:r>
              <w:t>Taking notes</w:t>
            </w:r>
          </w:p>
        </w:tc>
        <w:tc>
          <w:tcPr>
            <w:tcW w:type="dxa" w:w="4680"/>
          </w:tcPr>
          <w:p>
            <w:r>
              <w:t>[Name]</w:t>
            </w:r>
          </w:p>
        </w:tc>
      </w:tr>
    </w:tbl>
    <w:p>
      <w:pPr>
        <w:spacing w:after="80"/>
      </w:pPr>
      <w:r>
        <w:rPr>
          <w:b w:val="0"/>
          <w:i w:val="0"/>
        </w:rPr>
      </w:r>
    </w:p>
    <w:p>
      <w:pPr>
        <w:spacing w:after="60" w:before="200"/>
      </w:pPr>
      <w:r>
        <w:rPr>
          <w:b/>
          <w:i w:val="0"/>
          <w:color w:val="3D6BF0"/>
          <w:sz w:val="22"/>
        </w:rPr>
        <w:t>AGENDA</w:t>
      </w:r>
    </w:p>
    <w:p>
      <w:pPr>
        <w:pStyle w:val="ListNumber"/>
      </w:pPr>
      <w:r>
        <w:t>[First topic]</w:t>
      </w:r>
    </w:p>
    <w:p>
      <w:pPr>
        <w:pStyle w:val="ListNumber"/>
      </w:pPr>
      <w:r>
        <w:t>[Second topic]</w:t>
      </w:r>
    </w:p>
    <w:p>
      <w:pPr>
        <w:pStyle w:val="ListNumber"/>
      </w:pPr>
      <w:r>
        <w:t>[Third topic]</w:t>
      </w:r>
    </w:p>
    <w:p>
      <w:pPr>
        <w:spacing w:after="60" w:before="200"/>
      </w:pPr>
      <w:r>
        <w:rPr>
          <w:b/>
          <w:i w:val="0"/>
          <w:color w:val="3D6BF0"/>
          <w:sz w:val="22"/>
        </w:rPr>
        <w:t>NOTES</w:t>
      </w:r>
    </w:p>
    <w:p>
      <w:pPr>
        <w:spacing w:after="120"/>
      </w:pPr>
      <w:r>
        <w:rPr>
          <w:b w:val="0"/>
          <w:i/>
          <w:color w:val="666666"/>
        </w:rPr>
        <w:t>What was said and what was decided.</w:t>
      </w:r>
    </w:p>
    <w:p>
      <w:pPr>
        <w:spacing w:after="600"/>
      </w:pPr>
      <w:r>
        <w:rPr>
          <w:b w:val="0"/>
          <w:i w:val="0"/>
        </w:rPr>
      </w:r>
    </w:p>
    <w:p>
      <w:pPr>
        <w:spacing w:after="60" w:before="200"/>
      </w:pPr>
      <w:r>
        <w:rPr>
          <w:b/>
          <w:i w:val="0"/>
          <w:color w:val="3D6BF0"/>
          <w:sz w:val="22"/>
        </w:rPr>
        <w:t>ACTION ITEMS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</w:tcPr>
          <w:p>
            <w:r>
              <w:t>What needs doing</w:t>
            </w:r>
          </w:p>
        </w:tc>
        <w:tc>
          <w:tcPr>
            <w:tcW w:type="dxa" w:w="3120"/>
          </w:tcPr>
          <w:p>
            <w:r>
              <w:t>Who</w:t>
            </w:r>
          </w:p>
        </w:tc>
        <w:tc>
          <w:tcPr>
            <w:tcW w:type="dxa" w:w="3120"/>
          </w:tcPr>
          <w:p>
            <w:r>
              <w:t>By when</w:t>
            </w:r>
          </w:p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  <w:tr>
        <w:tc>
          <w:tcPr>
            <w:tcW w:type="dxa" w:w="3120"/>
          </w:tcPr>
          <w:p/>
        </w:tc>
        <w:tc>
          <w:tcPr>
            <w:tcW w:type="dxa" w:w="3120"/>
          </w:tcPr>
          <w:p/>
        </w:tc>
        <w:tc>
          <w:tcPr>
            <w:tcW w:type="dxa" w:w="3120"/>
          </w:tcPr>
          <w:p/>
        </w:tc>
      </w:tr>
    </w:tbl>
    <w:sectPr w:rsidR="00FC693F" w:rsidRPr="0006063C" w:rsidSect="00034616"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