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color w:val="3D6BF0"/>
          <w:sz w:val="48"/>
        </w:rPr>
        <w:t>[Recipe name]</w:t>
      </w:r>
    </w:p>
    <w:p>
      <w:pPr>
        <w:spacing w:after="200"/>
      </w:pPr>
      <w:r>
        <w:rPr>
          <w:b w:val="0"/>
          <w:i w:val="0"/>
          <w:color w:val="666666"/>
        </w:rPr>
        <w:t>Serves [4]  ·  Prep [15 min]  ·  Cook [30 min]</w:t>
      </w:r>
    </w:p>
    <w:p>
      <w:pPr>
        <w:spacing w:after="60" w:before="200"/>
      </w:pPr>
      <w:r>
        <w:rPr>
          <w:b/>
          <w:i w:val="0"/>
          <w:color w:val="3D6BF0"/>
          <w:sz w:val="22"/>
        </w:rPr>
        <w:t>INGREDIENTS</w:t>
      </w:r>
    </w:p>
    <w:p>
      <w:pPr>
        <w:pStyle w:val="ListBullet"/>
      </w:pPr>
      <w:r>
        <w:t>[2 cups flour]</w:t>
      </w:r>
    </w:p>
    <w:p>
      <w:pPr>
        <w:pStyle w:val="ListBullet"/>
      </w:pPr>
      <w:r>
        <w:t>[1 tsp salt]</w:t>
      </w:r>
    </w:p>
    <w:p>
      <w:pPr>
        <w:pStyle w:val="ListBullet"/>
      </w:pPr>
      <w:r>
        <w:t>[1 cup milk]</w:t>
      </w:r>
    </w:p>
    <w:p>
      <w:pPr>
        <w:pStyle w:val="ListBullet"/>
      </w:pPr>
      <w:r>
        <w:t>[2 eggs]</w:t>
      </w:r>
    </w:p>
    <w:p>
      <w:pPr>
        <w:spacing w:after="60" w:before="200"/>
      </w:pPr>
      <w:r>
        <w:rPr>
          <w:b/>
          <w:i w:val="0"/>
          <w:color w:val="3D6BF0"/>
          <w:sz w:val="22"/>
        </w:rPr>
        <w:t>STEPS</w:t>
      </w:r>
    </w:p>
    <w:p>
      <w:pPr>
        <w:pStyle w:val="ListNumber"/>
      </w:pPr>
      <w:r>
        <w:t>[First step]</w:t>
      </w:r>
    </w:p>
    <w:p>
      <w:pPr>
        <w:pStyle w:val="ListNumber"/>
      </w:pPr>
      <w:r>
        <w:t>[Second step]</w:t>
      </w:r>
    </w:p>
    <w:p>
      <w:pPr>
        <w:pStyle w:val="ListNumber"/>
      </w:pPr>
      <w:r>
        <w:t>[Third step]</w:t>
      </w:r>
    </w:p>
    <w:p>
      <w:pPr>
        <w:spacing w:after="60" w:before="200"/>
      </w:pPr>
      <w:r>
        <w:rPr>
          <w:b/>
          <w:i w:val="0"/>
          <w:color w:val="3D6BF0"/>
          <w:sz w:val="22"/>
        </w:rPr>
        <w:t>NOTES</w:t>
      </w:r>
    </w:p>
    <w:p>
      <w:pPr>
        <w:spacing w:after="120"/>
      </w:pPr>
      <w:r>
        <w:rPr>
          <w:b w:val="0"/>
          <w:i/>
          <w:color w:val="666666"/>
        </w:rPr>
        <w:t>Where it came from, what to change next time, what goes well with it.</w:t>
      </w:r>
    </w:p>
    <w:sectPr w:rsidR="00FC693F" w:rsidRPr="0006063C" w:rsidSect="00034616"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