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3D6BF0"/>
          <w:sz w:val="56"/>
        </w:rPr>
        <w:t>[Family Name] News</w:t>
      </w:r>
    </w:p>
    <w:p>
      <w:pPr>
        <w:spacing w:after="280"/>
        <w:jc w:val="center"/>
      </w:pPr>
      <w:r>
        <w:rPr>
          <w:b w:val="0"/>
          <w:i w:val="0"/>
          <w:color w:val="666666"/>
        </w:rPr>
        <w:t>[Month Year]</w:t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THE BIG NEWS</w:t>
      </w:r>
    </w:p>
    <w:p>
      <w:pPr>
        <w:spacing w:after="120"/>
      </w:pPr>
      <w:r>
        <w:rPr>
          <w:b w:val="0"/>
          <w:i w:val="0"/>
        </w:rPr>
        <w:t>Share the headline: a trip, a birthday, a new job, a new pet. A few friendly sentences is plenty.</w:t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WHAT EVERYONE HAS BEEN UP TO</w:t>
      </w:r>
    </w:p>
    <w:p>
      <w:pPr>
        <w:spacing w:after="0"/>
      </w:pPr>
      <w:r>
        <w:rPr>
          <w:b/>
          <w:i w:val="0"/>
        </w:rPr>
        <w:t>[Name]</w:t>
      </w:r>
    </w:p>
    <w:p>
      <w:pPr>
        <w:spacing w:after="160"/>
      </w:pPr>
      <w:r>
        <w:rPr>
          <w:b w:val="0"/>
          <w:i w:val="0"/>
        </w:rPr>
        <w:t>A line or two about school, work, hobbies or something funny.</w:t>
      </w:r>
    </w:p>
    <w:p>
      <w:pPr>
        <w:spacing w:after="0"/>
      </w:pPr>
      <w:r>
        <w:rPr>
          <w:b/>
          <w:i w:val="0"/>
        </w:rPr>
        <w:t>[Name]</w:t>
      </w:r>
    </w:p>
    <w:p>
      <w:pPr>
        <w:spacing w:after="160"/>
      </w:pPr>
      <w:r>
        <w:rPr>
          <w:b w:val="0"/>
          <w:i w:val="0"/>
        </w:rPr>
        <w:t>A line or two about school, work, hobbies or something funny.</w:t>
      </w:r>
    </w:p>
    <w:p>
      <w:pPr>
        <w:spacing w:after="0"/>
      </w:pPr>
      <w:r>
        <w:rPr>
          <w:b/>
          <w:i w:val="0"/>
        </w:rPr>
        <w:t>[Name]</w:t>
      </w:r>
    </w:p>
    <w:p>
      <w:pPr>
        <w:spacing w:after="160"/>
      </w:pPr>
      <w:r>
        <w:rPr>
          <w:b w:val="0"/>
          <w:i w:val="0"/>
        </w:rPr>
        <w:t>A line or two about school, work, hobbies or something funny.</w:t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COMING UP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Date</w:t>
            </w:r>
          </w:p>
        </w:tc>
        <w:tc>
          <w:tcPr>
            <w:tcW w:type="dxa" w:w="4680"/>
          </w:tcPr>
          <w:p>
            <w:r>
              <w:t>What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</w:tbl>
    <w:p>
      <w:pPr>
        <w:spacing w:after="60" w:before="200"/>
      </w:pPr>
      <w:r>
        <w:rPr>
          <w:b/>
          <w:i w:val="0"/>
          <w:color w:val="3D6BF0"/>
          <w:sz w:val="22"/>
        </w:rPr>
        <w:t>A FAVORITE MOMENT</w:t>
      </w:r>
    </w:p>
    <w:p>
      <w:pPr>
        <w:spacing w:after="120"/>
      </w:pPr>
      <w:r>
        <w:rPr>
          <w:b w:val="0"/>
          <w:i/>
          <w:color w:val="666666"/>
        </w:rPr>
        <w:t>Add a photo here (Insert → Image) and a sentence about it.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