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28"/>
        </w:rPr>
        <w:t>[Your name]</w:t>
      </w:r>
    </w:p>
    <w:p>
      <w:pPr>
        <w:spacing w:after="0"/>
      </w:pPr>
      <w:r>
        <w:rPr>
          <w:b w:val="0"/>
          <w:i w:val="0"/>
        </w:rPr>
        <w:t>[Street address]</w:t>
      </w:r>
    </w:p>
    <w:p>
      <w:pPr>
        <w:spacing w:after="0"/>
      </w:pPr>
      <w:r>
        <w:rPr>
          <w:b w:val="0"/>
          <w:i w:val="0"/>
        </w:rPr>
        <w:t>[City, State ZIP]</w:t>
      </w:r>
    </w:p>
    <w:p>
      <w:pPr>
        <w:spacing w:after="280"/>
      </w:pPr>
      <w:r>
        <w:rPr>
          <w:b w:val="0"/>
          <w:i w:val="0"/>
        </w:rPr>
        <w:t>[Phone]  ·  [Email]</w:t>
      </w:r>
    </w:p>
    <w:p>
      <w:pPr>
        <w:spacing w:after="280"/>
      </w:pPr>
      <w:r>
        <w:rPr>
          <w:b w:val="0"/>
          <w:i w:val="0"/>
        </w:rPr>
        <w:t>[Date]</w:t>
      </w:r>
    </w:p>
    <w:p>
      <w:pPr>
        <w:spacing w:after="0"/>
      </w:pPr>
      <w:r>
        <w:rPr>
          <w:b w:val="0"/>
          <w:i w:val="0"/>
        </w:rPr>
        <w:t>[Recipient name]</w:t>
      </w:r>
    </w:p>
    <w:p>
      <w:pPr>
        <w:spacing w:after="0"/>
      </w:pPr>
      <w:r>
        <w:rPr>
          <w:b w:val="0"/>
          <w:i w:val="0"/>
        </w:rPr>
        <w:t>[Title or company]</w:t>
      </w:r>
    </w:p>
    <w:p>
      <w:pPr>
        <w:spacing w:after="0"/>
      </w:pPr>
      <w:r>
        <w:rPr>
          <w:b w:val="0"/>
          <w:i w:val="0"/>
        </w:rPr>
        <w:t>[Street address]</w:t>
      </w:r>
    </w:p>
    <w:p>
      <w:pPr>
        <w:spacing w:after="280"/>
      </w:pPr>
      <w:r>
        <w:rPr>
          <w:b w:val="0"/>
          <w:i w:val="0"/>
        </w:rPr>
        <w:t>[City, State ZIP]</w:t>
      </w:r>
    </w:p>
    <w:p>
      <w:pPr>
        <w:spacing w:after="200"/>
      </w:pPr>
      <w:r>
        <w:rPr>
          <w:b w:val="0"/>
          <w:i w:val="0"/>
        </w:rPr>
        <w:t>Dear [Name],</w:t>
      </w:r>
    </w:p>
    <w:p>
      <w:pPr>
        <w:spacing w:after="200"/>
      </w:pPr>
      <w:r>
        <w:rPr>
          <w:b w:val="0"/>
          <w:i w:val="0"/>
        </w:rPr>
        <w:t>Start with the reason you are writing, in a sentence or two. Keep it friendly and direct.</w:t>
      </w:r>
    </w:p>
    <w:p>
      <w:pPr>
        <w:spacing w:after="200"/>
      </w:pPr>
      <w:r>
        <w:rPr>
          <w:b w:val="0"/>
          <w:i w:val="0"/>
        </w:rPr>
        <w:t>Use the middle paragraph for the details: what you need, what happened, or what you are offering. Short paragraphs are easier to read.</w:t>
      </w:r>
    </w:p>
    <w:p>
      <w:pPr>
        <w:spacing w:after="280"/>
      </w:pPr>
      <w:r>
        <w:rPr>
          <w:b w:val="0"/>
          <w:i w:val="0"/>
        </w:rPr>
        <w:t>Close by saying what happens next, and thank them for their time.</w:t>
      </w:r>
    </w:p>
    <w:p>
      <w:pPr>
        <w:spacing w:after="600"/>
      </w:pPr>
      <w:r>
        <w:rPr>
          <w:b w:val="0"/>
          <w:i w:val="0"/>
        </w:rPr>
        <w:t>Sincerely,</w:t>
      </w:r>
    </w:p>
    <w:p>
      <w:pPr>
        <w:spacing w:after="0"/>
      </w:pPr>
      <w:r>
        <w:rPr>
          <w:b w:val="0"/>
          <w:i w:val="0"/>
        </w:rPr>
        <w:t>[Your name]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